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1AD7F" w14:textId="77777777" w:rsidR="00430988" w:rsidRDefault="005824C5" w:rsidP="007570B9">
      <w:pPr>
        <w:pStyle w:val="Title"/>
        <w:jc w:val="center"/>
      </w:pPr>
      <w:proofErr w:type="spellStart"/>
      <w:r>
        <w:t>Обява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работа</w:t>
      </w:r>
      <w:proofErr w:type="spellEnd"/>
    </w:p>
    <w:p w14:paraId="3399B2E2" w14:textId="57B9437B" w:rsidR="00430988" w:rsidRPr="007570B9" w:rsidRDefault="005824C5" w:rsidP="007570B9">
      <w:pPr>
        <w:pStyle w:val="Heading1"/>
        <w:jc w:val="center"/>
        <w:rPr>
          <w:lang w:val="bg-BG"/>
        </w:rPr>
      </w:pPr>
      <w:proofErr w:type="spellStart"/>
      <w:r>
        <w:t>Позиция</w:t>
      </w:r>
      <w:proofErr w:type="spellEnd"/>
      <w:r>
        <w:t xml:space="preserve">: </w:t>
      </w:r>
      <w:proofErr w:type="spellStart"/>
      <w:r>
        <w:t>Графичен</w:t>
      </w:r>
      <w:proofErr w:type="spellEnd"/>
      <w:r>
        <w:t xml:space="preserve"> </w:t>
      </w:r>
      <w:proofErr w:type="spellStart"/>
      <w:r>
        <w:t>дизайнер</w:t>
      </w:r>
      <w:proofErr w:type="spellEnd"/>
      <w:r>
        <w:t xml:space="preserve"> – </w:t>
      </w:r>
      <w:proofErr w:type="spellStart"/>
      <w:r>
        <w:t>дигитални</w:t>
      </w:r>
      <w:proofErr w:type="spellEnd"/>
      <w:r>
        <w:t xml:space="preserve"> </w:t>
      </w:r>
      <w:proofErr w:type="spellStart"/>
      <w:r>
        <w:t>проекти</w:t>
      </w:r>
      <w:proofErr w:type="spellEnd"/>
      <w:r w:rsidR="007570B9">
        <w:rPr>
          <w:lang w:val="bg-BG"/>
        </w:rPr>
        <w:t xml:space="preserve">, код по НКПД: </w:t>
      </w:r>
      <w:r w:rsidR="007570B9" w:rsidRPr="007570B9">
        <w:t>21663008</w:t>
      </w:r>
    </w:p>
    <w:p w14:paraId="4F6EB090" w14:textId="77777777" w:rsidR="007570B9" w:rsidRDefault="007570B9" w:rsidP="007570B9">
      <w:pPr>
        <w:jc w:val="center"/>
        <w:rPr>
          <w:b/>
          <w:bCs/>
          <w:lang w:val="bg-BG"/>
        </w:rPr>
      </w:pPr>
      <w:r w:rsidRPr="00170993">
        <w:rPr>
          <w:b/>
          <w:bCs/>
          <w:lang w:val="bg-BG"/>
        </w:rPr>
        <w:t xml:space="preserve">за попълване състава на екипа на проект BG16RFPR001-1.001-0148-C01 „Разработване на иновация от ПРОДИЗАЙН БЪЛГАРИЯ </w:t>
      </w:r>
      <w:r>
        <w:rPr>
          <w:b/>
          <w:bCs/>
          <w:lang w:val="bg-BG"/>
        </w:rPr>
        <w:t>Е</w:t>
      </w:r>
      <w:r w:rsidRPr="00170993">
        <w:rPr>
          <w:b/>
          <w:bCs/>
          <w:lang w:val="bg-BG"/>
        </w:rPr>
        <w:t>ООД</w:t>
      </w:r>
      <w:r>
        <w:rPr>
          <w:b/>
          <w:bCs/>
          <w:lang w:val="bg-BG"/>
        </w:rPr>
        <w:t>“</w:t>
      </w:r>
    </w:p>
    <w:p w14:paraId="6478548F" w14:textId="77777777" w:rsidR="007570B9" w:rsidRPr="00170993" w:rsidRDefault="007570B9" w:rsidP="007570B9">
      <w:pPr>
        <w:jc w:val="center"/>
        <w:rPr>
          <w:b/>
          <w:bCs/>
          <w:lang w:val="bg-BG"/>
        </w:rPr>
      </w:pPr>
      <w:r w:rsidRPr="00170993">
        <w:rPr>
          <w:bCs/>
          <w:lang w:val="bg-BG"/>
        </w:rPr>
        <w:t>по Програма "Конкурентоспособност и иновации в предприятията" 2021-2027</w:t>
      </w:r>
    </w:p>
    <w:p w14:paraId="7750E064" w14:textId="77777777" w:rsidR="007570B9" w:rsidRPr="007570B9" w:rsidRDefault="007570B9" w:rsidP="007570B9">
      <w:pPr>
        <w:rPr>
          <w:lang w:val="bg-BG"/>
        </w:rPr>
      </w:pPr>
      <w:r w:rsidRPr="007570B9">
        <w:rPr>
          <w:lang w:val="bg-BG"/>
        </w:rPr>
        <w:t>Описание:</w:t>
      </w:r>
    </w:p>
    <w:p w14:paraId="621D5C95" w14:textId="77777777" w:rsidR="00430988" w:rsidRPr="007570B9" w:rsidRDefault="005824C5">
      <w:pPr>
        <w:rPr>
          <w:lang w:val="bg-BG"/>
        </w:rPr>
      </w:pPr>
      <w:r w:rsidRPr="007570B9">
        <w:rPr>
          <w:lang w:val="bg-BG"/>
        </w:rPr>
        <w:t>Ние търсим креативен и вдъхновен графичен дизайнер, който ще създава визуална идентичност за наши дигитални проекти.</w:t>
      </w:r>
    </w:p>
    <w:p w14:paraId="1B75AEF3" w14:textId="77777777" w:rsidR="00430988" w:rsidRPr="007570B9" w:rsidRDefault="00430988">
      <w:pPr>
        <w:rPr>
          <w:lang w:val="bg-BG"/>
        </w:rPr>
      </w:pPr>
    </w:p>
    <w:p w14:paraId="6983870D" w14:textId="75E0F5D4" w:rsidR="003B6F03" w:rsidRDefault="003B6F03" w:rsidP="003B6F03">
      <w:pPr>
        <w:jc w:val="both"/>
        <w:rPr>
          <w:b/>
          <w:bCs/>
          <w:color w:val="000000"/>
          <w:lang w:val="bg-BG"/>
        </w:rPr>
      </w:pPr>
      <w:bookmarkStart w:id="0" w:name="_Hlk199853023"/>
      <w:r w:rsidRPr="00170993">
        <w:rPr>
          <w:b/>
          <w:bCs/>
          <w:color w:val="000000"/>
          <w:lang w:val="bg-BG"/>
        </w:rPr>
        <w:t>К</w:t>
      </w:r>
      <w:r>
        <w:rPr>
          <w:b/>
          <w:bCs/>
          <w:color w:val="000000"/>
          <w:lang w:val="bg-BG"/>
        </w:rPr>
        <w:t>ОНКРЕТНИ ЗАДЪЛЖЕНИЯ И ОТГОВОРНОСТИ:</w:t>
      </w:r>
    </w:p>
    <w:bookmarkEnd w:id="0"/>
    <w:p w14:paraId="0CE259FB" w14:textId="77777777" w:rsidR="00430988" w:rsidRPr="003B6F03" w:rsidRDefault="005824C5">
      <w:pPr>
        <w:rPr>
          <w:lang w:val="bg-BG"/>
        </w:rPr>
      </w:pPr>
      <w:r w:rsidRPr="003B6F03">
        <w:rPr>
          <w:lang w:val="bg-BG"/>
        </w:rPr>
        <w:t>- Създаване на визуални материали и дизайн на уеб интерфейси;</w:t>
      </w:r>
    </w:p>
    <w:p w14:paraId="62A2B637" w14:textId="77777777" w:rsidR="00430988" w:rsidRPr="003B6F03" w:rsidRDefault="005824C5">
      <w:pPr>
        <w:rPr>
          <w:lang w:val="bg-BG"/>
        </w:rPr>
      </w:pPr>
      <w:r w:rsidRPr="003B6F03">
        <w:rPr>
          <w:lang w:val="bg-BG"/>
        </w:rPr>
        <w:t>- Подготовка на графични елементи и макети;</w:t>
      </w:r>
    </w:p>
    <w:p w14:paraId="1735597D" w14:textId="668A9A14" w:rsidR="00430988" w:rsidRPr="003B6F03" w:rsidRDefault="005824C5">
      <w:pPr>
        <w:rPr>
          <w:lang w:val="bg-BG"/>
        </w:rPr>
      </w:pPr>
      <w:r w:rsidRPr="003B6F03">
        <w:rPr>
          <w:lang w:val="bg-BG"/>
        </w:rPr>
        <w:t>- Сътрудничество с програмисти</w:t>
      </w:r>
      <w:r>
        <w:rPr>
          <w:lang w:val="bg-BG"/>
        </w:rPr>
        <w:t xml:space="preserve"> и проектни мениджъри</w:t>
      </w:r>
      <w:r w:rsidRPr="003B6F03">
        <w:rPr>
          <w:lang w:val="bg-BG"/>
        </w:rPr>
        <w:t>;</w:t>
      </w:r>
    </w:p>
    <w:p w14:paraId="23F2BCB7" w14:textId="0D806D6D" w:rsidR="00430988" w:rsidRDefault="005824C5">
      <w:pPr>
        <w:rPr>
          <w:lang w:val="bg-BG"/>
        </w:rPr>
      </w:pPr>
      <w:r w:rsidRPr="003B6F03">
        <w:rPr>
          <w:lang w:val="bg-BG"/>
        </w:rPr>
        <w:t>- Спазване на срокове и дизайн спецификации.</w:t>
      </w:r>
    </w:p>
    <w:p w14:paraId="03A7A8E7" w14:textId="77777777" w:rsidR="00A22411" w:rsidRPr="003B6F03" w:rsidRDefault="00A22411">
      <w:pPr>
        <w:rPr>
          <w:lang w:val="bg-BG"/>
        </w:rPr>
      </w:pPr>
    </w:p>
    <w:p w14:paraId="6DF93EFB" w14:textId="77777777" w:rsidR="003B6F03" w:rsidRPr="003B6F03" w:rsidRDefault="003B6F03" w:rsidP="003B6F03">
      <w:pPr>
        <w:jc w:val="both"/>
        <w:rPr>
          <w:b/>
          <w:lang w:val="bg-BG"/>
        </w:rPr>
      </w:pPr>
      <w:r w:rsidRPr="003B6F03">
        <w:rPr>
          <w:b/>
          <w:lang w:val="bg-BG"/>
        </w:rPr>
        <w:t xml:space="preserve">КВАЛИФИКАЦИЯ И ИЗИСКВАНИЯ КЪМ ДЛЪЖНОСТТА: </w:t>
      </w:r>
    </w:p>
    <w:p w14:paraId="21C010A8" w14:textId="77777777" w:rsidR="00430988" w:rsidRPr="003B6F03" w:rsidRDefault="005824C5">
      <w:pPr>
        <w:rPr>
          <w:lang w:val="bg-BG"/>
        </w:rPr>
      </w:pPr>
      <w:r w:rsidRPr="003B6F03">
        <w:rPr>
          <w:lang w:val="bg-BG"/>
        </w:rPr>
        <w:t>- Минимум 2 години опит като дизайнер;</w:t>
      </w:r>
    </w:p>
    <w:p w14:paraId="604BD1C6" w14:textId="77777777" w:rsidR="00430988" w:rsidRDefault="005824C5">
      <w:r>
        <w:t xml:space="preserve">- </w:t>
      </w:r>
      <w:proofErr w:type="spellStart"/>
      <w:r>
        <w:t>Умения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работа</w:t>
      </w:r>
      <w:proofErr w:type="spellEnd"/>
      <w:r>
        <w:t xml:space="preserve"> с Figma и Adobe Creative Suite;</w:t>
      </w:r>
    </w:p>
    <w:p w14:paraId="57BB837A" w14:textId="77777777" w:rsidR="00430988" w:rsidRDefault="005824C5">
      <w:r>
        <w:t xml:space="preserve">- </w:t>
      </w:r>
      <w:proofErr w:type="spellStart"/>
      <w:r>
        <w:t>Професионално</w:t>
      </w:r>
      <w:proofErr w:type="spellEnd"/>
      <w:r>
        <w:t xml:space="preserve"> </w:t>
      </w:r>
      <w:proofErr w:type="spellStart"/>
      <w:r>
        <w:t>портфолио</w:t>
      </w:r>
      <w:proofErr w:type="spellEnd"/>
      <w:r>
        <w:t xml:space="preserve"> с </w:t>
      </w:r>
      <w:proofErr w:type="spellStart"/>
      <w:r>
        <w:t>реализирани</w:t>
      </w:r>
      <w:proofErr w:type="spellEnd"/>
      <w:r>
        <w:t xml:space="preserve"> </w:t>
      </w:r>
      <w:proofErr w:type="spellStart"/>
      <w:r>
        <w:t>проекти</w:t>
      </w:r>
      <w:proofErr w:type="spellEnd"/>
      <w:r>
        <w:t>;</w:t>
      </w:r>
    </w:p>
    <w:p w14:paraId="4FAFC466" w14:textId="77777777" w:rsidR="00430988" w:rsidRDefault="005824C5">
      <w:r>
        <w:t xml:space="preserve">- </w:t>
      </w:r>
      <w:proofErr w:type="spellStart"/>
      <w:r>
        <w:t>Отлична</w:t>
      </w:r>
      <w:proofErr w:type="spellEnd"/>
      <w:r>
        <w:t xml:space="preserve"> </w:t>
      </w:r>
      <w:proofErr w:type="spellStart"/>
      <w:r>
        <w:t>визуална</w:t>
      </w:r>
      <w:proofErr w:type="spellEnd"/>
      <w:r>
        <w:t xml:space="preserve"> </w:t>
      </w:r>
      <w:proofErr w:type="spellStart"/>
      <w:r>
        <w:t>култура</w:t>
      </w:r>
      <w:proofErr w:type="spellEnd"/>
      <w:r>
        <w:t xml:space="preserve"> и </w:t>
      </w:r>
      <w:proofErr w:type="spellStart"/>
      <w:r>
        <w:t>внимание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детайла</w:t>
      </w:r>
      <w:proofErr w:type="spellEnd"/>
      <w:r>
        <w:t>;</w:t>
      </w:r>
    </w:p>
    <w:p w14:paraId="250E582B" w14:textId="0DB6C3C0" w:rsidR="00430988" w:rsidRDefault="005824C5">
      <w:pPr>
        <w:rPr>
          <w:lang w:val="bg-BG"/>
        </w:rPr>
      </w:pPr>
      <w:r>
        <w:t xml:space="preserve">- </w:t>
      </w:r>
      <w:proofErr w:type="spellStart"/>
      <w:r>
        <w:t>Средно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висше</w:t>
      </w:r>
      <w:proofErr w:type="spellEnd"/>
      <w:r>
        <w:t xml:space="preserve"> </w:t>
      </w:r>
      <w:proofErr w:type="spellStart"/>
      <w:r>
        <w:t>образование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специалността</w:t>
      </w:r>
      <w:proofErr w:type="spellEnd"/>
      <w:r>
        <w:t>.</w:t>
      </w:r>
      <w:r w:rsidR="007570B9">
        <w:rPr>
          <w:lang w:val="bg-BG"/>
        </w:rPr>
        <w:t xml:space="preserve"> </w:t>
      </w:r>
    </w:p>
    <w:p w14:paraId="51F422D6" w14:textId="77777777" w:rsidR="007570B9" w:rsidRDefault="007570B9">
      <w:pPr>
        <w:rPr>
          <w:lang w:val="bg-BG"/>
        </w:rPr>
      </w:pPr>
    </w:p>
    <w:p w14:paraId="53E49E6F" w14:textId="77777777" w:rsidR="007570B9" w:rsidRPr="00FD5A66" w:rsidRDefault="007570B9" w:rsidP="007570B9">
      <w:pPr>
        <w:rPr>
          <w:b/>
          <w:bCs/>
          <w:lang w:val="bg-BG"/>
        </w:rPr>
      </w:pPr>
      <w:r w:rsidRPr="00FD5A66">
        <w:rPr>
          <w:b/>
          <w:bCs/>
          <w:lang w:val="bg-BG"/>
        </w:rPr>
        <w:t xml:space="preserve">Назначаването е на трудов договор в „ПРОДИЗАЙН БЪЛГАРИЯ“ ЕООД, часова заетост: осем часа. </w:t>
      </w:r>
    </w:p>
    <w:p w14:paraId="049EF832" w14:textId="77777777" w:rsidR="007570B9" w:rsidRPr="00FD5A66" w:rsidRDefault="007570B9" w:rsidP="007570B9">
      <w:pPr>
        <w:rPr>
          <w:b/>
          <w:bCs/>
          <w:lang w:val="bg-BG"/>
        </w:rPr>
      </w:pPr>
      <w:r w:rsidRPr="00FD5A66">
        <w:rPr>
          <w:b/>
          <w:bCs/>
          <w:lang w:val="bg-BG"/>
        </w:rPr>
        <w:lastRenderedPageBreak/>
        <w:t>Месторабота: гр. София</w:t>
      </w:r>
    </w:p>
    <w:p w14:paraId="61A450E8" w14:textId="77777777" w:rsidR="007570B9" w:rsidRPr="00170993" w:rsidRDefault="007570B9" w:rsidP="007570B9">
      <w:pPr>
        <w:rPr>
          <w:lang w:val="bg-BG"/>
        </w:rPr>
      </w:pPr>
      <w:r w:rsidRPr="00170993">
        <w:rPr>
          <w:b/>
          <w:bCs/>
          <w:lang w:val="bg-BG"/>
        </w:rPr>
        <w:t>Необходими документи за кандидатстване:</w:t>
      </w:r>
    </w:p>
    <w:p w14:paraId="77C0BDB4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Автобиография (CV европейски формат);</w:t>
      </w:r>
    </w:p>
    <w:p w14:paraId="383A9209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диплома за висше образование;</w:t>
      </w:r>
    </w:p>
    <w:p w14:paraId="3A012F9F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трудова книжка за доказване на професионален опит.</w:t>
      </w:r>
    </w:p>
    <w:p w14:paraId="5A8CC41F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Допълнителни сертификати по преценка на кандидата.</w:t>
      </w:r>
    </w:p>
    <w:p w14:paraId="654CBF89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Други по преценка на кандидата.</w:t>
      </w:r>
    </w:p>
    <w:p w14:paraId="4C5CE8A6" w14:textId="13DD55F7" w:rsidR="007570B9" w:rsidRPr="001E31C8" w:rsidRDefault="007570B9" w:rsidP="007570B9">
      <w:pPr>
        <w:rPr>
          <w:lang w:val="bg-BG"/>
        </w:rPr>
      </w:pPr>
      <w:r w:rsidRPr="00170993">
        <w:rPr>
          <w:b/>
          <w:bCs/>
          <w:lang w:val="bg-BG"/>
        </w:rPr>
        <w:t>Документи се приемат</w:t>
      </w:r>
      <w:r w:rsidRPr="00170993">
        <w:rPr>
          <w:lang w:val="bg-BG"/>
        </w:rPr>
        <w:t xml:space="preserve"> </w:t>
      </w:r>
      <w:r w:rsidRPr="00170993">
        <w:rPr>
          <w:b/>
          <w:bCs/>
          <w:lang w:val="bg-BG"/>
        </w:rPr>
        <w:t xml:space="preserve">от </w:t>
      </w:r>
      <w:r w:rsidR="001E31C8" w:rsidRPr="001E31C8">
        <w:t>26.05.</w:t>
      </w:r>
      <w:r w:rsidRPr="001E31C8">
        <w:rPr>
          <w:lang w:val="bg-BG"/>
        </w:rPr>
        <w:t>202</w:t>
      </w:r>
      <w:r w:rsidR="00FD5A66" w:rsidRPr="001E31C8">
        <w:rPr>
          <w:lang w:val="bg-BG"/>
        </w:rPr>
        <w:t>6</w:t>
      </w:r>
      <w:r w:rsidRPr="001E31C8">
        <w:rPr>
          <w:lang w:val="bg-BG"/>
        </w:rPr>
        <w:t xml:space="preserve"> г. до </w:t>
      </w:r>
      <w:r w:rsidR="001E31C8" w:rsidRPr="001E31C8">
        <w:t>28.5.</w:t>
      </w:r>
      <w:r w:rsidRPr="001E31C8">
        <w:rPr>
          <w:lang w:val="bg-BG"/>
        </w:rPr>
        <w:t>202</w:t>
      </w:r>
      <w:r w:rsidR="00FD5A66" w:rsidRPr="001E31C8">
        <w:rPr>
          <w:lang w:val="bg-BG"/>
        </w:rPr>
        <w:t>6</w:t>
      </w:r>
      <w:r w:rsidRPr="001E31C8">
        <w:rPr>
          <w:lang w:val="bg-BG"/>
        </w:rPr>
        <w:t xml:space="preserve"> г.</w:t>
      </w:r>
      <w:r w:rsidRPr="00170993">
        <w:rPr>
          <w:lang w:val="bg-BG"/>
        </w:rPr>
        <w:t xml:space="preserve"> всеки работен ден от 10.00 до 17.00 часа на имейл адрес: </w:t>
      </w:r>
      <w:hyperlink r:id="rId8" w:history="1">
        <w:r w:rsidRPr="00A0335A">
          <w:rPr>
            <w:rStyle w:val="Hyperlink"/>
            <w:lang w:val="bg-BG"/>
          </w:rPr>
          <w:t>mnaydenov@prodesign.bg</w:t>
        </w:r>
      </w:hyperlink>
      <w:r>
        <w:rPr>
          <w:lang w:val="bg-BG"/>
        </w:rPr>
        <w:t xml:space="preserve"> </w:t>
      </w:r>
      <w:r w:rsidR="001E31C8">
        <w:rPr>
          <w:lang w:val="bg-BG"/>
        </w:rPr>
        <w:t xml:space="preserve">или на адрес гр. София, Младост 1, бл. 156, вх. В, офис 2 – партер, </w:t>
      </w:r>
      <w:r w:rsidR="001E31C8">
        <w:t xml:space="preserve">Prodesign </w:t>
      </w:r>
      <w:r w:rsidR="001E31C8">
        <w:rPr>
          <w:lang w:val="bg-BG"/>
        </w:rPr>
        <w:t>офис.</w:t>
      </w:r>
    </w:p>
    <w:p w14:paraId="17D4A5AD" w14:textId="77777777" w:rsidR="007570B9" w:rsidRPr="007570B9" w:rsidRDefault="007570B9">
      <w:pPr>
        <w:rPr>
          <w:lang w:val="bg-BG"/>
        </w:rPr>
      </w:pPr>
    </w:p>
    <w:sectPr w:rsidR="007570B9" w:rsidRPr="007570B9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1E692" w14:textId="77777777" w:rsidR="000521F0" w:rsidRDefault="000521F0" w:rsidP="007570B9">
      <w:pPr>
        <w:spacing w:after="0" w:line="240" w:lineRule="auto"/>
      </w:pPr>
      <w:r>
        <w:separator/>
      </w:r>
    </w:p>
  </w:endnote>
  <w:endnote w:type="continuationSeparator" w:id="0">
    <w:p w14:paraId="7D250570" w14:textId="77777777" w:rsidR="000521F0" w:rsidRDefault="000521F0" w:rsidP="00757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E05C7" w14:textId="77777777" w:rsidR="000521F0" w:rsidRDefault="000521F0" w:rsidP="007570B9">
      <w:pPr>
        <w:spacing w:after="0" w:line="240" w:lineRule="auto"/>
      </w:pPr>
      <w:r>
        <w:separator/>
      </w:r>
    </w:p>
  </w:footnote>
  <w:footnote w:type="continuationSeparator" w:id="0">
    <w:p w14:paraId="5EEE774A" w14:textId="77777777" w:rsidR="000521F0" w:rsidRDefault="000521F0" w:rsidP="00757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D2305" w14:textId="77777777" w:rsidR="007570B9" w:rsidRPr="003912C0" w:rsidRDefault="007570B9" w:rsidP="007570B9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FE4C111" wp14:editId="65CFA10F">
          <wp:simplePos x="0" y="0"/>
          <wp:positionH relativeFrom="column">
            <wp:posOffset>3270885</wp:posOffset>
          </wp:positionH>
          <wp:positionV relativeFrom="paragraph">
            <wp:posOffset>-133350</wp:posOffset>
          </wp:positionV>
          <wp:extent cx="2343150" cy="914400"/>
          <wp:effectExtent l="0" t="0" r="0" b="0"/>
          <wp:wrapTight wrapText="bothSides">
            <wp:wrapPolygon edited="0">
              <wp:start x="0" y="0"/>
              <wp:lineTo x="0" y="21150"/>
              <wp:lineTo x="21424" y="21150"/>
              <wp:lineTo x="21424" y="0"/>
              <wp:lineTo x="0" y="0"/>
            </wp:wrapPolygon>
          </wp:wrapTight>
          <wp:docPr id="2008179000" name="Picture 3" descr="A colorful logo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179000" name="Picture 3" descr="A colorful logo with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inline distT="0" distB="0" distL="0" distR="0" wp14:anchorId="6962AE43" wp14:editId="09C43D2D">
          <wp:extent cx="3291840" cy="693420"/>
          <wp:effectExtent l="0" t="0" r="3810" b="0"/>
          <wp:docPr id="973172075" name="Picture 1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172075" name="Picture 1" descr="Blue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84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B06192" w14:textId="77777777" w:rsidR="007570B9" w:rsidRPr="007570B9" w:rsidRDefault="007570B9">
    <w:pPr>
      <w:pStyle w:val="Header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DCB15D6"/>
    <w:multiLevelType w:val="multilevel"/>
    <w:tmpl w:val="D6C8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4028054">
    <w:abstractNumId w:val="8"/>
  </w:num>
  <w:num w:numId="2" w16cid:durableId="411974160">
    <w:abstractNumId w:val="6"/>
  </w:num>
  <w:num w:numId="3" w16cid:durableId="1103840563">
    <w:abstractNumId w:val="5"/>
  </w:num>
  <w:num w:numId="4" w16cid:durableId="229581572">
    <w:abstractNumId w:val="4"/>
  </w:num>
  <w:num w:numId="5" w16cid:durableId="1838231230">
    <w:abstractNumId w:val="7"/>
  </w:num>
  <w:num w:numId="6" w16cid:durableId="2042053545">
    <w:abstractNumId w:val="3"/>
  </w:num>
  <w:num w:numId="7" w16cid:durableId="173228551">
    <w:abstractNumId w:val="2"/>
  </w:num>
  <w:num w:numId="8" w16cid:durableId="1639340915">
    <w:abstractNumId w:val="1"/>
  </w:num>
  <w:num w:numId="9" w16cid:durableId="919675565">
    <w:abstractNumId w:val="0"/>
  </w:num>
  <w:num w:numId="10" w16cid:durableId="7844679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521F0"/>
    <w:rsid w:val="0006063C"/>
    <w:rsid w:val="0015074B"/>
    <w:rsid w:val="001E31C8"/>
    <w:rsid w:val="0029639D"/>
    <w:rsid w:val="0032587B"/>
    <w:rsid w:val="00326F90"/>
    <w:rsid w:val="003B6F03"/>
    <w:rsid w:val="00430988"/>
    <w:rsid w:val="00475FC6"/>
    <w:rsid w:val="005824C5"/>
    <w:rsid w:val="006D263C"/>
    <w:rsid w:val="007570B9"/>
    <w:rsid w:val="008B0860"/>
    <w:rsid w:val="008C1844"/>
    <w:rsid w:val="009A23B5"/>
    <w:rsid w:val="00A22411"/>
    <w:rsid w:val="00AA1D8D"/>
    <w:rsid w:val="00B47730"/>
    <w:rsid w:val="00CB0664"/>
    <w:rsid w:val="00E95123"/>
    <w:rsid w:val="00FC693F"/>
    <w:rsid w:val="00FD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062061"/>
  <w14:defaultImageDpi w14:val="300"/>
  <w15:docId w15:val="{9068FC38-E52F-4645-AD43-5FB2D85D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7570B9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57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aydenov@prodesign.b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Marian Naydenov (Prodesign.)</cp:lastModifiedBy>
  <cp:revision>8</cp:revision>
  <dcterms:created xsi:type="dcterms:W3CDTF">2013-12-23T23:15:00Z</dcterms:created>
  <dcterms:modified xsi:type="dcterms:W3CDTF">2026-05-26T18:46:00Z</dcterms:modified>
  <cp:category/>
</cp:coreProperties>
</file>